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right"/>
      </w:pPr>
      <w:r>
        <w:rPr>
          <w:b w:val="0"/>
        </w:rPr>
        <w:t>……………………………, dnia ……………………………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Zleceniodawca (klient)</w:t>
            </w:r>
          </w:p>
          <w:p>
            <w:r>
              <w:t>Nazwa / imię i nazwisko: ……………………………</w:t>
            </w:r>
          </w:p>
          <w:p>
            <w:r>
              <w:t>Adres: ……………………………</w:t>
            </w:r>
          </w:p>
          <w:p>
            <w:r>
              <w:t>…………………………………</w:t>
            </w:r>
          </w:p>
          <w:p>
            <w:r>
              <w:t>NIP: ……………………………</w:t>
            </w:r>
          </w:p>
        </w:tc>
        <w:tc>
          <w:tcPr>
            <w:tcW w:type="dxa" w:w="4873"/>
          </w:tcPr>
          <w:p>
            <w:r>
              <w:rPr>
                <w:b/>
              </w:rPr>
              <w:t>Biuro rachunkowe</w:t>
            </w:r>
          </w:p>
          <w:p>
            <w:r>
              <w:t>Nazwa / imię i nazwisko: ……………………………</w:t>
            </w:r>
          </w:p>
          <w:p>
            <w:r>
              <w:t>Adres: ……………………………</w:t>
            </w:r>
          </w:p>
          <w:p>
            <w:r>
              <w:t>…………………………………</w:t>
            </w:r>
          </w:p>
          <w:p>
            <w:r>
              <w:t>NIP: ……………………………</w:t>
            </w:r>
          </w:p>
        </w:tc>
      </w:tr>
    </w:tbl>
    <w:p>
      <w:pPr>
        <w:spacing w:after="200"/>
      </w:pPr>
      <w:r>
        <w:rPr>
          <w:b w:val="0"/>
        </w:rPr>
      </w:r>
    </w:p>
    <w:p>
      <w:pPr>
        <w:spacing w:after="280"/>
        <w:jc w:val="center"/>
      </w:pPr>
      <w:r>
        <w:rPr>
          <w:b/>
          <w:sz w:val="28"/>
        </w:rPr>
        <w:t>Wypowiedzenie umowy o świadczenie usług księgowych</w:t>
      </w:r>
    </w:p>
    <w:p>
      <w:r>
        <w:rPr>
          <w:b w:val="0"/>
        </w:rPr>
        <w:t>Niniejszym wypowiadam umowę o świadczenie usług księgowych zawartą w dniu …………………………… (numer umowy, jeśli nadano: ……………………………).</w:t>
      </w:r>
    </w:p>
    <w:p>
      <w:r>
        <w:rPr>
          <w:b/>
        </w:rPr>
        <w:t>Wypowiedzenie składam (zaznacz jedno):</w:t>
      </w:r>
    </w:p>
    <w:p>
      <w:r>
        <w:rPr>
          <w:b w:val="0"/>
        </w:rPr>
        <w:t>☐  z zachowaniem okresu wypowiedzenia przewidzianego w umowie, ze skutkiem na dzień ……………………………</w:t>
      </w:r>
    </w:p>
    <w:p>
      <w:r>
        <w:rPr>
          <w:b w:val="0"/>
        </w:rPr>
        <w:t>☐  ze skutkiem natychmiastowym, na podstawie (np. § umowy): ……………………………</w:t>
      </w:r>
    </w:p>
    <w:p>
      <w:r>
        <w:rPr>
          <w:b w:val="0"/>
        </w:rPr>
        <w:t>☐  proponuję rozwiązanie umowy za porozumieniem stron z dniem ……………………………</w:t>
      </w:r>
    </w:p>
    <w:p>
      <w:r>
        <w:rPr>
          <w:b w:val="0"/>
        </w:rPr>
        <w:t>Ostatni miesiąc rozliczany przez Biuro: ……………………………</w:t>
      </w:r>
    </w:p>
    <w:p>
      <w:pPr>
        <w:spacing w:after="200"/>
      </w:pPr>
      <w:r>
        <w:rPr>
          <w:b w:val="0"/>
        </w:rPr>
        <w:t>Rozliczenie roczne za rok …………………………… (zeznanie, sprawozdanie, PIT-11) przygotowuje:  ☐ Biuro   ☐ nowe biuro</w:t>
      </w:r>
    </w:p>
    <w:p>
      <w:r>
        <w:rPr>
          <w:b w:val="0"/>
        </w:rPr>
        <w:t>Proszę o przygotowanie i przekazanie kompletnej dokumentacji księgowej mojej firmy, w tym kopii bazy danych z programu księgowego, zgodnie z listą w załączniku, oraz o sporządzenie protokołu przekazania.</w:t>
      </w:r>
    </w:p>
    <w:p>
      <w:r>
        <w:rPr>
          <w:b w:val="0"/>
        </w:rPr>
        <w:t>Termin przekazania: ……………………………</w:t>
      </w:r>
    </w:p>
    <w:p>
      <w:r>
        <w:rPr>
          <w:b w:val="0"/>
        </w:rPr>
        <w:t>Sposób przekazania:</w:t>
      </w:r>
    </w:p>
    <w:p>
      <w:r>
        <w:rPr>
          <w:b w:val="0"/>
        </w:rPr>
        <w:t>☐  odbiór osobisty</w:t>
      </w:r>
    </w:p>
    <w:p>
      <w:r>
        <w:rPr>
          <w:b w:val="0"/>
        </w:rPr>
        <w:t>☐  przesłanie na adres e-mail: ……………………………</w:t>
      </w:r>
    </w:p>
    <w:p>
      <w:r>
        <w:rPr>
          <w:b w:val="0"/>
        </w:rPr>
        <w:t>☐  przekazanie bezpośrednio nowemu biuru: ……………………………</w:t>
      </w:r>
    </w:p>
    <w:p>
      <w:r>
        <w:rPr>
          <w:b w:val="0"/>
        </w:rPr>
        <w:t>Pełnomocnictwa udzielone Biuru w urzędzie skarbowym i ZUS odwołam odrębnie, z dniem zakończenia współpracy (OPL-1, PEL-O).</w:t>
      </w:r>
    </w:p>
    <w:p>
      <w:pPr>
        <w:spacing w:after="320"/>
      </w:pPr>
      <w:r>
        <w:rPr>
          <w:b w:val="0"/>
        </w:rPr>
        <w:t>Osoba do kontaktu w sprawie przekazania (imię, telefon, e-mail): …………………………………………………………</w:t>
      </w:r>
    </w:p>
    <w:p>
      <w:pPr>
        <w:spacing w:after="600"/>
      </w:pPr>
      <w:r>
        <w:rPr>
          <w:b w:val="0"/>
        </w:rPr>
        <w:t>Z poważaniem</w:t>
      </w:r>
    </w:p>
    <w:p>
      <w:pPr>
        <w:spacing w:after="0"/>
        <w:jc w:val="right"/>
      </w:pPr>
      <w:r>
        <w:rPr>
          <w:b w:val="0"/>
        </w:rPr>
        <w:t>………………………………………………</w:t>
      </w:r>
    </w:p>
    <w:p>
      <w:pPr>
        <w:jc w:val="right"/>
      </w:pPr>
      <w:r>
        <w:rPr>
          <w:b w:val="0"/>
          <w:sz w:val="16"/>
        </w:rPr>
        <w:t>podpis zleceniodawcy / osoby uprawnionej do reprezentacji</w:t>
      </w:r>
    </w:p>
    <w:p>
      <w:r>
        <w:br w:type="page"/>
      </w:r>
    </w:p>
    <w:p>
      <w:r>
        <w:rPr>
          <w:b/>
          <w:sz w:val="26"/>
        </w:rPr>
        <w:t>Załącznik do wypowiedzenia — dokumenty do przekazania</w:t>
      </w:r>
    </w:p>
    <w:p>
      <w:pPr>
        <w:spacing w:after="200"/>
      </w:pPr>
      <w:r>
        <w:rPr>
          <w:b w:val="0"/>
          <w:sz w:val="18"/>
        </w:rPr>
        <w:t>Zaznacz pozycje, które dotyczą Twojej firmy. Wskazany okres: bieżący rok i poprzedni rok obrotowy, chyba że zaznaczono inaczej.</w:t>
      </w:r>
    </w:p>
    <w:p>
      <w:r>
        <w:rPr>
          <w:b w:val="0"/>
        </w:rPr>
        <w:t>☐  kopia bazy danych z programu księgowego (pełny eksport) za bieżący i poprzedni rok</w:t>
      </w:r>
    </w:p>
    <w:p>
      <w:r>
        <w:rPr>
          <w:b w:val="0"/>
        </w:rPr>
        <w:t>☐  księgi rachunkowe / KPiR / ewidencja przychodów (ryczałt) za bieżący i poprzedni rok</w:t>
      </w:r>
    </w:p>
    <w:p>
      <w:r>
        <w:rPr>
          <w:b w:val="0"/>
        </w:rPr>
        <w:t>☐  ewidencje VAT i pliki JPK_V7 wraz z UPO</w:t>
      </w:r>
    </w:p>
    <w:p>
      <w:r>
        <w:rPr>
          <w:b w:val="0"/>
        </w:rPr>
        <w:t>☐  ewidencja środków trwałych i wartości niematerialnych z planem amortyzacji, ewidencja wyposażenia</w:t>
      </w:r>
    </w:p>
    <w:p>
      <w:r>
        <w:rPr>
          <w:b w:val="0"/>
        </w:rPr>
        <w:t>☐  zeznania roczne (PIT-36, PIT-36L, PIT-28 lub CIT-8) wraz z UPO</w:t>
      </w:r>
    </w:p>
    <w:p>
      <w:r>
        <w:rPr>
          <w:b w:val="0"/>
        </w:rPr>
        <w:t>☐  deklaracje i informacje płatnika (PIT-4R, PIT-8AR, PIT-11) wraz z UPO</w:t>
      </w:r>
    </w:p>
    <w:p>
      <w:r>
        <w:rPr>
          <w:b w:val="0"/>
        </w:rPr>
        <w:t>☐  deklaracje rozliczeniowe i raporty ZUS</w:t>
      </w:r>
    </w:p>
    <w:p>
      <w:r>
        <w:rPr>
          <w:b w:val="0"/>
        </w:rPr>
        <w:t>☐  sprawozdanie finansowe z uchwałą o zatwierdzeniu i potwierdzeniem złożenia (spółki)</w:t>
      </w:r>
    </w:p>
    <w:p>
      <w:r>
        <w:rPr>
          <w:b w:val="0"/>
        </w:rPr>
        <w:t>☐  zestawienie obrotów i sald, salda rozrachunków z kontrahentami, urzędem skarbowym i ZUS</w:t>
      </w:r>
    </w:p>
    <w:p>
      <w:r>
        <w:rPr>
          <w:b w:val="0"/>
        </w:rPr>
        <w:t>☐  spisy z natury (remanenty) i inwentaryzacje</w:t>
      </w:r>
    </w:p>
    <w:p>
      <w:r>
        <w:rPr>
          <w:b w:val="0"/>
        </w:rPr>
        <w:t>☐  dokumenty źródłowe: faktury, wyciągi bankowe, umowy (oryginały lub wersje elektroniczne)</w:t>
      </w:r>
    </w:p>
    <w:p>
      <w:r>
        <w:rPr>
          <w:b w:val="0"/>
        </w:rPr>
        <w:t>☐  kadry i płace: listy płac, karty wynagrodzeń, akta osobowe, dokumentacja PPK</w:t>
      </w:r>
    </w:p>
    <w:p>
      <w:r>
        <w:rPr>
          <w:b w:val="0"/>
        </w:rPr>
        <w:t>☐  korespondencja z urzędami prowadzona przez biuro w imieniu firmy</w:t>
      </w:r>
    </w:p>
    <w:p>
      <w:pPr>
        <w:spacing w:after="320"/>
      </w:pPr>
      <w:r>
        <w:rPr>
          <w:b w:val="0"/>
        </w:rPr>
        <w:t>☐  inne: …………………………………………………………</w:t>
      </w:r>
    </w:p>
    <w:p>
      <w:r>
        <w:rPr>
          <w:b/>
          <w:sz w:val="22"/>
        </w:rPr>
        <w:t>Protokół przekazania</w:t>
      </w:r>
    </w:p>
    <w:p>
      <w:r>
        <w:rPr>
          <w:b w:val="0"/>
        </w:rPr>
        <w:t>Dokumenty i kopię bazy danych wymienione powyżej przekazano / odebrano w dniu ……………………………</w:t>
      </w:r>
    </w:p>
    <w:p>
      <w:pPr>
        <w:spacing w:after="600"/>
      </w:pPr>
      <w:r>
        <w:rPr>
          <w:b w:val="0"/>
        </w:rPr>
        <w:t>Uwagi (braki, dokumenty do dosłania): …………………………………………………………</w:t>
      </w:r>
    </w:p>
    <w:p>
      <w:pPr>
        <w:spacing w:after="0"/>
      </w:pPr>
      <w:r>
        <w:rPr>
          <w:b w:val="0"/>
        </w:rPr>
        <w:t>………………………………………          ………………………………………</w:t>
      </w:r>
    </w:p>
    <w:p>
      <w:r>
        <w:rPr>
          <w:b w:val="0"/>
          <w:sz w:val="16"/>
        </w:rPr>
        <w:t>przekazujący (biuro rachunkowe)                    odbierający (zleceniodawca / nowe biuro)</w:t>
      </w:r>
    </w:p>
    <w:sectPr w:rsidR="00FC693F" w:rsidRPr="0006063C" w:rsidSect="00034616">
      <w:footerReference w:type="default" r:id="rId9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5"/>
      </w:rPr>
      <w:t>Pobrano z kpj.pl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o świadczenie usług księgowych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